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</w:pPr>
      <w:r>
        <w:t>Curriculum Vitae</w:t>
      </w:r>
    </w:p>
    <w:p>
      <w:pPr>
        <w:pStyle w:val="Heading1"/>
      </w:pPr>
      <w:r>
        <w:t>Personal Information</w:t>
      </w:r>
    </w:p>
    <w:p>
      <w:r>
        <w:t>Name: Hamza Ahmed Saleh Al-Khaldi</w:t>
      </w:r>
    </w:p>
    <w:p>
      <w:r>
        <w:t>Mobile: 594408554</w:t>
      </w:r>
    </w:p>
    <w:p>
      <w:r>
        <w:t>Email: alkhaldihamza7@gmail.com</w:t>
      </w:r>
    </w:p>
    <w:p>
      <w:r>
        <w:t>LinkedIn: https://www.linkedin.com/in/hamza-alkhaldi-67a49431b</w:t>
      </w:r>
    </w:p>
    <w:p>
      <w:pPr>
        <w:pStyle w:val="Heading1"/>
      </w:pPr>
      <w:r>
        <w:t>Professional Summary</w:t>
      </w:r>
    </w:p>
    <w:p>
      <w:r>
        <w:t>Diploma graduate in Instrumentation and Control Technology from Dammam College of Technology. Currently working as a Site Coordinator at Expertise Company in the SABIC HIS Security Compliance Project. Skilled in time management, communication, task compliance, and decision-making under pressure. Experienced in writing professional reports and proficient in Microsoft Office applications, with additional skills in electrical maintenance and equipment handling.</w:t>
      </w:r>
    </w:p>
    <w:p>
      <w:pPr>
        <w:pStyle w:val="Heading1"/>
      </w:pPr>
      <w:r>
        <w:t>Work Experience</w:t>
      </w:r>
    </w:p>
    <w:p>
      <w:r>
        <w:t>Site Coordinator – Expertise Company | Dammam</w:t>
      </w:r>
    </w:p>
    <w:p>
      <w:r>
        <w:t>From 18/12/2024 – Present</w:t>
      </w:r>
    </w:p>
    <w:p>
      <w:r>
        <w:t>- Participating in the HIS Security Compliance Project with SABIC.</w:t>
        <w:br/>
        <w:t>- Coordinating site activities and supervising tasks according to safety and quality standards.</w:t>
        <w:br/>
        <w:t>- Preparing accurate and well-structured reports for management.</w:t>
        <w:br/>
        <w:t>- Ensuring compliance with safety and security procedures on site.</w:t>
      </w:r>
    </w:p>
    <w:p>
      <w:pPr>
        <w:pStyle w:val="Heading1"/>
      </w:pPr>
      <w:r>
        <w:t>Education</w:t>
      </w:r>
    </w:p>
    <w:p>
      <w:r>
        <w:t>Diploma – Instrumentation and Control Technology</w:t>
      </w:r>
    </w:p>
    <w:p>
      <w:r>
        <w:t>Dammam College of Technology</w:t>
      </w:r>
    </w:p>
    <w:p>
      <w:pPr>
        <w:pStyle w:val="Heading1"/>
      </w:pPr>
      <w:r>
        <w:t>Certifications &amp; Training</w:t>
      </w:r>
    </w:p>
    <w:p>
      <w:r>
        <w:t>• Experience Certificate – Expertise Company, SABIC HIS Security Compliance Project.</w:t>
      </w:r>
    </w:p>
    <w:p>
      <w:r>
        <w:t>• Basic Occupational Safety and Health Skills Course – OSHA Standards.</w:t>
      </w:r>
    </w:p>
    <w:p>
      <w:pPr>
        <w:pStyle w:val="Heading1"/>
      </w:pPr>
      <w:r>
        <w:t>Skills</w:t>
      </w:r>
    </w:p>
    <w:p>
      <w:r>
        <w:t>• Time management and effective communication.</w:t>
        <w:br/>
        <w:t>• Professional report writing.</w:t>
        <w:br/>
        <w:t>• Proficiency in Microsoft Office applications.</w:t>
        <w:br/>
        <w:t>• Electrical maintenance.</w:t>
        <w:br/>
        <w:t>• Equipment handling and technical knowledge.</w:t>
        <w:br/>
        <w:t>• Ability to work under pressure and comply with quality and safety standards.</w:t>
      </w:r>
    </w:p>
    <w:p>
      <w:pPr>
        <w:pStyle w:val="Heading1"/>
      </w:pPr>
      <w:r>
        <w:t>Languages</w:t>
      </w:r>
    </w:p>
    <w:p>
      <w:r>
        <w:t>• Arabic: Native language.</w:t>
      </w:r>
    </w:p>
    <w:p>
      <w:r>
        <w:t>• English: Good, suitable for work environment.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